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אירועים וטפסי ניהול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תכנון אירוע מוצלח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עם גיליון תקציב וחלוקת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המשוב לאחר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מחיר הכרטיס לקולנוע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אחרי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לחשב כמה עולה כל פריט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האם האירוע היה מכיל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משימה, אחראי, תאריך יעד וביצוע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בטופס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תפקיד טופס חלוקת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השאלות בטופס עוסקות בשיפור ורעיונות לפעם הבאה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בטופס יש שאלה מיוחדת על מזג אוויר או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כפתור להוספת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סה״כ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(קביעת תאריך, מטרה וציוד נדרש)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(חישוב עלות פריטים לאירוע)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(רישום מי אחראי על כל משימה ועד 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(איסוף דעות התלמידים אחרי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(דאגה לכך שכל תלמיד יוכל להשתתף)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קביעת מטרה חינוכית וערכים מרכזיים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מילוי טופס תכנון האירוע וגיליון התקציב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משימות לצוות האחראי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קיום האירוע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מילוי טופס משוב ואיסוף רעיונות לפעם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שם ברור, מטרה חינוכית מתאימה ולפחות שני פריטי תקציב 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רלוונטית לאירוע עם הסבר קצר מה היא בודקת, למשל רמת שיתוף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תכנון הוא לפני האירוע ומשוב הוא אחרי, כדי לבדוק הצלחה ושיפור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כמה כסף צריך ולא לחרוג מהתקציב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תרגום לשפה נוספת, נגישות לכיסא גלגלים או התאמת זמן 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ולתת לכל קבוצה למלא טופס תכנון לאירוע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אחת מלאה של גיליון תקציב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שאלת השייכות בטופס המשוב כערך מרכזי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אירועים וטפסי ניהול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מתכננים אירוע. יש טופס לתכנון, טופס לכסף, טופס למשימות וטופס למשוב.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להוציא על האירוע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אנשים חשבו על האירוע אחרי שהוא נגמר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שינויים כדי שכולם יוכלו להשתתף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קהל 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האנשים שהאירוע מיועד 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מהלך האירוע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הפעולות והשלבים באירוע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אחראי/ת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שצריך לבצע 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שאתה חלק מהקבוצה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שייך לטופס 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האירוע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הכרטיס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ציוד נדרש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מהלך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ממלאים 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במקום טופס 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עמודת סה״כ?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לרשום את שם הפריט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לחשב כמה עולה כל פריט בסך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לרשום מי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לרשום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בודקת השאלה על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כסף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הציוד הגיע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האירוע היה מכיל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היה האחראי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בטופס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שם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משימה, אחראי, תאריך יעד וביצוע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בטופס תכנון אירוע יש מקום להתאמות לנגישות ולעולים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גיליון התקציב משמש לרישום מי אחראי על כל 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טופס המשוב נועד לשפר אירועים עתידיים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לתכנן מה קורה אם יורד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בטופס חלוקת משימות אפשר להוסיף שורות נוספות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האירוע כדאי להגדיר __________ חינוכית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בגיליון התקציב מכפילים כמות במחיר ליחידה כדי לקבל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טופס ה__________ עוזר לדעת מה עבד טוב ומה כדאי לשפר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להתאים את האירוע לכל ה__________, כולל עולים ותלמידים עם צרכים מיוחדים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בטופס המשימות רושמים עד מתי צריך __________ כל 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תכנון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רישום מי אחראי על כל משימה ועד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גיליון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קביעת תאריך, מטרה וציוד נדרש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חלוקת 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דאגה לכך שכל תלמיד יוכל להשתתף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חישוב עלות פריטים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איסוף דעות התלמידים אחרי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טופס תכנון האירוע וגיליון התקציב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טופס משוב ואיסוף רעיונות לפעם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מטרה חינוכית וערכים מרכזיים לאירוע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משימות לצוות האחראי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קיום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בקצרה אירוע כיתתי: כתבו שם אירוע, מטרה חינוכית ושני פריטים לתקציב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משוב נוספת שהייתם מוסיפים לטופס המשוב ומה היא בודקת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טופס תכנון אירוע לטופס משוב?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למלא גיליון תקציב לפני האירוע?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להתאמה שיכולה לעזור לכל התלמידים להשתתף באירוע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אירועים וטפסי ניהול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